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Protokoll der Gründungsversammlung</w:t>
      </w:r>
    </w:p>
    <w:p>
      <w:r>
        <w:rPr>
          <w:b/>
        </w:rPr>
        <w:t xml:space="preserve">des Vereins </w:t>
      </w:r>
      <w:r>
        <w:rPr>
          <w:b/>
          <w:highlight w:val="yellow"/>
        </w:rPr>
        <w:t>[Name des Vereins]</w:t>
      </w:r>
    </w:p>
    <w:tbl>
      <w:tblPr>
        <w:tblW w:type="auto" w:w="0"/>
        <w:jc w:val="center"/>
        <w:tblLook w:firstColumn="1" w:firstRow="1" w:lastColumn="0" w:lastRow="0" w:noHBand="0" w:noVBand="1" w:val="04A0"/>
      </w:tblPr>
      <w:tblGrid>
        <w:gridCol w:w="9184"/>
      </w:tblGrid>
      <w:tr>
        <w:tc>
          <w:tcPr>
            <w:tcW w:type="dxa" w:w="9184"/>
            <w:shd w:val="clear" w:color="auto" w:fill="FFF4D1"/>
            <w:tcMar>
              <w:top w:w="170" w:type="dxa"/>
              <w:left w:w="170" w:type="dxa"/>
              <w:bottom w:w="170" w:type="dxa"/>
              <w:right w:w="170" w:type="dxa"/>
            </w:tcMar>
          </w:tcPr>
          <w:p>
            <w:r>
              <w:rPr>
                <w:b/>
                <w:color w:val="17284A"/>
                <w:sz w:val="18"/>
              </w:rPr>
              <w:t>Haftungsausschluss</w:t>
            </w:r>
          </w:p>
          <w:p>
            <w:r>
              <w:rPr>
                <w:sz w:val="18"/>
              </w:rPr>
              <w:t>Bei dem kostenlosen Muster handelt es sich um ein unverbindliches Muster von Vereinsfibel. Für die Richtigkeit, Vollständigkeit und Aktualität der Vorlage wird keine Gewähr übernommen. Es ist nicht auszuschließen, dass die abrufbaren Muster nicht den zurzeit gültigen Gesetzen oder der aktuellen Rechtsprechung genügen. Die Nutzung erfolgt daher auf eigene Gefahr.</w:t>
            </w:r>
          </w:p>
        </w:tc>
      </w:tr>
    </w:tbl>
    <w:p/>
    <w:p>
      <w:r>
        <w:rPr>
          <w:i/>
          <w:color w:val="5A6373"/>
          <w:sz w:val="20"/>
        </w:rPr>
        <w:t>Hinweis: Beim nicht eingetragenen Verein gibt es kein Registergericht. Das Protokoll ist euer Nachweis gegenüber Bank und Finanzamt, dass der Verein gegründet, die Satzung beschlossen und der Vorstand gewählt wurde. Gelb markierte Stellen füllt ihr aus. Graue Hinweise, den Haftungsausschluss und die Anzeige löscht ihr vor der Verwendung.</w:t>
      </w:r>
    </w:p>
    <w:tbl>
      <w:tblPr>
        <w:tblStyle w:val="TableGrid"/>
        <w:tblW w:type="auto" w:w="0"/>
        <w:tblLook w:firstColumn="1" w:firstRow="1" w:lastColumn="0" w:lastRow="0" w:noHBand="0" w:noVBand="1" w:val="04A0"/>
      </w:tblPr>
      <w:tblGrid>
        <w:gridCol w:w="4592"/>
        <w:gridCol w:w="4592"/>
      </w:tblGrid>
      <w:tr>
        <w:tc>
          <w:tcPr>
            <w:tcW w:type="dxa" w:w="4592"/>
          </w:tcPr>
          <w:p>
            <w:r>
              <w:rPr>
                <w:b/>
              </w:rPr>
              <w:t>Angabe</w:t>
            </w:r>
          </w:p>
        </w:tc>
        <w:tc>
          <w:tcPr>
            <w:tcW w:type="dxa" w:w="4592"/>
          </w:tcPr>
          <w:p>
            <w:r>
              <w:rPr>
                <w:b/>
              </w:rPr>
              <w:t>Eintrag</w:t>
            </w:r>
          </w:p>
        </w:tc>
      </w:tr>
      <w:tr>
        <w:tc>
          <w:tcPr>
            <w:tcW w:type="dxa" w:w="4592"/>
          </w:tcPr>
          <w:p>
            <w:r>
              <w:t>Datum</w:t>
            </w:r>
          </w:p>
        </w:tc>
        <w:tc>
          <w:tcPr>
            <w:tcW w:type="dxa" w:w="4592"/>
          </w:tcPr>
          <w:p>
            <w:r>
              <w:rPr>
                <w:highlight w:val="yellow"/>
              </w:rPr>
              <w:t>[TT.MM.JJJJ]</w:t>
            </w:r>
          </w:p>
        </w:tc>
      </w:tr>
      <w:tr>
        <w:tc>
          <w:tcPr>
            <w:tcW w:type="dxa" w:w="4592"/>
          </w:tcPr>
          <w:p>
            <w:r>
              <w:t>Ort</w:t>
            </w:r>
          </w:p>
        </w:tc>
        <w:tc>
          <w:tcPr>
            <w:tcW w:type="dxa" w:w="4592"/>
          </w:tcPr>
          <w:p>
            <w:r>
              <w:rPr>
                <w:highlight w:val="yellow"/>
              </w:rPr>
              <w:t>[Adresse oder Raum]</w:t>
            </w:r>
          </w:p>
        </w:tc>
      </w:tr>
      <w:tr>
        <w:tc>
          <w:tcPr>
            <w:tcW w:type="dxa" w:w="4592"/>
          </w:tcPr>
          <w:p>
            <w:r>
              <w:t>Beginn</w:t>
            </w:r>
          </w:p>
        </w:tc>
        <w:tc>
          <w:tcPr>
            <w:tcW w:type="dxa" w:w="4592"/>
          </w:tcPr>
          <w:p>
            <w:r>
              <w:rPr>
                <w:highlight w:val="yellow"/>
              </w:rPr>
              <w:t>[Uhrzeit]</w:t>
            </w:r>
          </w:p>
        </w:tc>
      </w:tr>
      <w:tr>
        <w:tc>
          <w:tcPr>
            <w:tcW w:type="dxa" w:w="4592"/>
          </w:tcPr>
          <w:p>
            <w:r>
              <w:t>Ende</w:t>
            </w:r>
          </w:p>
        </w:tc>
        <w:tc>
          <w:tcPr>
            <w:tcW w:type="dxa" w:w="4592"/>
          </w:tcPr>
          <w:p>
            <w:r>
              <w:rPr>
                <w:highlight w:val="yellow"/>
              </w:rPr>
              <w:t>[Uhrzeit]</w:t>
            </w:r>
          </w:p>
        </w:tc>
      </w:tr>
      <w:tr>
        <w:tc>
          <w:tcPr>
            <w:tcW w:type="dxa" w:w="4592"/>
          </w:tcPr>
          <w:p>
            <w:r>
              <w:t>Anwesend</w:t>
            </w:r>
          </w:p>
        </w:tc>
        <w:tc>
          <w:tcPr>
            <w:tcW w:type="dxa" w:w="4592"/>
          </w:tcPr>
          <w:p>
            <w:r>
              <w:rPr>
                <w:highlight w:val="yellow"/>
              </w:rPr>
              <w:t>[Anzahl]</w:t>
            </w:r>
            <w:r>
              <w:t xml:space="preserve"> Personen, siehe Anwesenheitsliste (Anlage 2)</w:t>
            </w:r>
          </w:p>
        </w:tc>
      </w:tr>
    </w:tbl>
    <w:p/>
    <w:p>
      <w:pPr>
        <w:pStyle w:val="Heading1"/>
      </w:pPr>
      <w:r>
        <w:t>TOP 1: Eröffnung, Versammlungsleitung und Protokoll</w:t>
      </w:r>
    </w:p>
    <w:p>
      <w:r>
        <w:rPr>
          <w:highlight w:val="yellow"/>
        </w:rPr>
        <w:t>[Name]</w:t>
      </w:r>
      <w:r>
        <w:t xml:space="preserve"> eröffnet die Versammlung um </w:t>
      </w:r>
      <w:r>
        <w:rPr>
          <w:highlight w:val="yellow"/>
        </w:rPr>
        <w:t>[Uhrzeit]</w:t>
      </w:r>
      <w:r>
        <w:t xml:space="preserve"> und begrüßt die Anwesenden. Die Versammlung wählt </w:t>
      </w:r>
      <w:r>
        <w:rPr>
          <w:highlight w:val="yellow"/>
        </w:rPr>
        <w:t>[Name]</w:t>
      </w:r>
      <w:r>
        <w:t xml:space="preserve"> zur Versammlungsleitung und </w:t>
      </w:r>
      <w:r>
        <w:rPr>
          <w:highlight w:val="yellow"/>
        </w:rPr>
        <w:t>[Name]</w:t>
      </w:r>
      <w:r>
        <w:t xml:space="preserve"> zur Protokollführung. Beide nehmen die Wahl an.</w:t>
      </w:r>
    </w:p>
    <w:p>
      <w:r>
        <w:t xml:space="preserve">Abstimmungsergebnis Versammlungsleitung und Protokollführung: </w:t>
      </w:r>
      <w:r>
        <w:rPr>
          <w:highlight w:val="yellow"/>
        </w:rPr>
        <w:t>[__]</w:t>
      </w:r>
      <w:r>
        <w:t xml:space="preserve"> Ja-Stimmen, </w:t>
      </w:r>
      <w:r>
        <w:rPr>
          <w:highlight w:val="yellow"/>
        </w:rPr>
        <w:t>[__]</w:t>
      </w:r>
      <w:r>
        <w:t xml:space="preserve"> Nein-Stimmen, </w:t>
      </w:r>
      <w:r>
        <w:rPr>
          <w:highlight w:val="yellow"/>
        </w:rPr>
        <w:t>[__]</w:t>
      </w:r>
      <w:r>
        <w:t xml:space="preserve"> Enthaltungen.</w:t>
      </w:r>
    </w:p>
    <w:p>
      <w:pPr>
        <w:pStyle w:val="Heading1"/>
      </w:pPr>
      <w:r>
        <w:t>TOP 2: Gründungsbeschluss</w:t>
      </w:r>
    </w:p>
    <w:p>
      <w:r>
        <w:t>Die Anwesenden beschließen, den Verein „</w:t>
      </w:r>
      <w:r>
        <w:rPr>
          <w:highlight w:val="yellow"/>
        </w:rPr>
        <w:t>[Name des Vereins]</w:t>
      </w:r>
      <w:r>
        <w:t xml:space="preserve">“ mit Sitz in </w:t>
      </w:r>
      <w:r>
        <w:rPr>
          <w:highlight w:val="yellow"/>
        </w:rPr>
        <w:t>[Ort]</w:t>
      </w:r>
      <w:r>
        <w:t xml:space="preserve"> als nicht eingetragenen Verein zu gründen. Der Verein wird nicht in das Vereinsregister eingetragen.</w:t>
      </w:r>
    </w:p>
    <w:p>
      <w:r>
        <w:t xml:space="preserve">Abstimmungsergebnis Gründung: </w:t>
      </w:r>
      <w:r>
        <w:rPr>
          <w:highlight w:val="yellow"/>
        </w:rPr>
        <w:t>[__]</w:t>
      </w:r>
      <w:r>
        <w:t xml:space="preserve"> Ja-Stimmen, </w:t>
      </w:r>
      <w:r>
        <w:rPr>
          <w:highlight w:val="yellow"/>
        </w:rPr>
        <w:t>[__]</w:t>
      </w:r>
      <w:r>
        <w:t xml:space="preserve"> Nein-Stimmen, </w:t>
      </w:r>
      <w:r>
        <w:rPr>
          <w:highlight w:val="yellow"/>
        </w:rPr>
        <w:t>[__]</w:t>
      </w:r>
      <w:r>
        <w:t xml:space="preserve"> Enthaltungen.</w:t>
      </w:r>
    </w:p>
    <w:p>
      <w:pPr>
        <w:pStyle w:val="Heading1"/>
      </w:pPr>
      <w:r>
        <w:t>TOP 3: Beschluss der Satzung</w:t>
      </w:r>
    </w:p>
    <w:p>
      <w:r>
        <w:t xml:space="preserve">Der Entwurf der Satzung lag allen Anwesenden vor der Versammlung vor. Die Versammlungsleitung stellt ihn vor. Nach der Aussprache beschließt die Versammlung die Satzung </w:t>
      </w:r>
      <w:r>
        <w:rPr>
          <w:highlight w:val="yellow"/>
        </w:rPr>
        <w:t>[ohne Änderungen / mit folgenden Änderungen: …]</w:t>
      </w:r>
      <w:r>
        <w:t>. Die Satzung ist diesem Protokoll als Anlage 1 beigefügt.</w:t>
      </w:r>
    </w:p>
    <w:p>
      <w:r>
        <w:t xml:space="preserve">Abstimmungsergebnis Satzung: </w:t>
      </w:r>
      <w:r>
        <w:rPr>
          <w:highlight w:val="yellow"/>
        </w:rPr>
        <w:t>[__]</w:t>
      </w:r>
      <w:r>
        <w:t xml:space="preserve"> Ja-Stimmen, </w:t>
      </w:r>
      <w:r>
        <w:rPr>
          <w:highlight w:val="yellow"/>
        </w:rPr>
        <w:t>[__]</w:t>
      </w:r>
      <w:r>
        <w:t xml:space="preserve"> Nein-Stimmen, </w:t>
      </w:r>
      <w:r>
        <w:rPr>
          <w:highlight w:val="yellow"/>
        </w:rPr>
        <w:t>[__]</w:t>
      </w:r>
      <w:r>
        <w:t xml:space="preserve"> Enthaltungen.</w:t>
      </w:r>
    </w:p>
    <w:p>
      <w:r>
        <w:t xml:space="preserve">Im Anschluss unterschreiben </w:t>
      </w:r>
      <w:r>
        <w:rPr>
          <w:highlight w:val="yellow"/>
        </w:rPr>
        <w:t>[Anzahl]</w:t>
      </w:r>
      <w:r>
        <w:t xml:space="preserve"> Gründungsmitglieder die Satzung.</w:t>
      </w:r>
    </w:p>
    <w:p>
      <w:pPr>
        <w:pStyle w:val="Heading1"/>
      </w:pPr>
      <w:r>
        <w:t>TOP 4: Wahl des Vorstands</w:t>
      </w:r>
    </w:p>
    <w:p>
      <w:r>
        <w:t xml:space="preserve">Die Versammlung wählt den Vorstand nach § </w:t>
      </w:r>
      <w:r>
        <w:rPr>
          <w:highlight w:val="yellow"/>
        </w:rPr>
        <w:t>[9]</w:t>
      </w:r>
      <w:r>
        <w:t xml:space="preserve"> der Satzung. Gewählt wurde </w:t>
      </w:r>
      <w:r>
        <w:rPr>
          <w:highlight w:val="yellow"/>
        </w:rPr>
        <w:t>[in Einzelwahl / im Block]</w:t>
      </w:r>
      <w:r>
        <w:t xml:space="preserve"> </w:t>
      </w:r>
      <w:r>
        <w:rPr>
          <w:highlight w:val="yellow"/>
        </w:rPr>
        <w:t>[offen per Handzeichen / geheim]</w:t>
      </w:r>
      <w:r>
        <w:t>.</w:t>
      </w:r>
    </w:p>
    <w:p>
      <w:r>
        <w:rPr>
          <w:i/>
          <w:color w:val="5A6373"/>
          <w:sz w:val="20"/>
        </w:rPr>
        <w:t>Hinweis: Die Bank fragt bei der Kontoeröffnung in der Regel nach den Personen, die den Verein vertreten. Haltet deshalb von jedem Vorstandsmitglied Vor- und Nachname, Geburtsdatum und Wohnort fest.</w:t>
      </w:r>
    </w:p>
    <w:tbl>
      <w:tblPr>
        <w:tblStyle w:val="TableGrid"/>
        <w:tblW w:type="auto" w:w="0"/>
        <w:tblLook w:firstColumn="1" w:firstRow="1" w:lastColumn="0" w:lastRow="0" w:noHBand="0" w:noVBand="1" w:val="04A0"/>
      </w:tblPr>
      <w:tblGrid>
        <w:gridCol w:w="1837"/>
        <w:gridCol w:w="1837"/>
        <w:gridCol w:w="1837"/>
        <w:gridCol w:w="1837"/>
        <w:gridCol w:w="1837"/>
      </w:tblGrid>
      <w:tr>
        <w:tc>
          <w:tcPr>
            <w:tcW w:type="dxa" w:w="1837"/>
          </w:tcPr>
          <w:p>
            <w:r>
              <w:rPr>
                <w:b/>
              </w:rPr>
              <w:t>Amt</w:t>
            </w:r>
          </w:p>
        </w:tc>
        <w:tc>
          <w:tcPr>
            <w:tcW w:type="dxa" w:w="1837"/>
          </w:tcPr>
          <w:p>
            <w:r>
              <w:rPr>
                <w:b/>
              </w:rPr>
              <w:t>Vor- und Nachname</w:t>
            </w:r>
          </w:p>
        </w:tc>
        <w:tc>
          <w:tcPr>
            <w:tcW w:type="dxa" w:w="1837"/>
          </w:tcPr>
          <w:p>
            <w:r>
              <w:rPr>
                <w:b/>
              </w:rPr>
              <w:t>Geburtsdatum</w:t>
            </w:r>
          </w:p>
        </w:tc>
        <w:tc>
          <w:tcPr>
            <w:tcW w:type="dxa" w:w="1837"/>
          </w:tcPr>
          <w:p>
            <w:r>
              <w:rPr>
                <w:b/>
              </w:rPr>
              <w:t>Wohnort</w:t>
            </w:r>
          </w:p>
        </w:tc>
        <w:tc>
          <w:tcPr>
            <w:tcW w:type="dxa" w:w="1837"/>
          </w:tcPr>
          <w:p>
            <w:r>
              <w:rPr>
                <w:b/>
              </w:rPr>
              <w:t>Ja / Nein / Enth.</w:t>
            </w:r>
          </w:p>
        </w:tc>
      </w:tr>
      <w:tr>
        <w:tc>
          <w:tcPr>
            <w:tcW w:type="dxa" w:w="1837"/>
          </w:tcPr>
          <w:p>
            <w:r>
              <w:rPr>
                <w:highlight w:val="yellow"/>
              </w:rPr>
              <w:t>[Vorsitz]</w:t>
            </w:r>
          </w:p>
        </w:tc>
        <w:tc>
          <w:tcPr>
            <w:tcW w:type="dxa" w:w="1837"/>
          </w:tcPr>
          <w:p>
            <w:r>
              <w:rPr>
                <w:highlight w:val="yellow"/>
              </w:rPr>
              <w:t>[Name]</w:t>
            </w:r>
          </w:p>
        </w:tc>
        <w:tc>
          <w:tcPr>
            <w:tcW w:type="dxa" w:w="1837"/>
          </w:tcPr>
          <w:p>
            <w:r>
              <w:rPr>
                <w:highlight w:val="yellow"/>
              </w:rPr>
              <w:t>[TT.MM.JJJJ]</w:t>
            </w:r>
          </w:p>
        </w:tc>
        <w:tc>
          <w:tcPr>
            <w:tcW w:type="dxa" w:w="1837"/>
          </w:tcPr>
          <w:p>
            <w:r>
              <w:rPr>
                <w:highlight w:val="yellow"/>
              </w:rPr>
              <w:t>[Ort]</w:t>
            </w:r>
          </w:p>
        </w:tc>
        <w:tc>
          <w:tcPr>
            <w:tcW w:type="dxa" w:w="1837"/>
          </w:tcPr>
          <w:p>
            <w:r>
              <w:rPr>
                <w:highlight w:val="yellow"/>
              </w:rPr>
              <w:t>[__ / __ / __]</w:t>
            </w:r>
          </w:p>
        </w:tc>
      </w:tr>
      <w:tr>
        <w:tc>
          <w:tcPr>
            <w:tcW w:type="dxa" w:w="1837"/>
          </w:tcPr>
          <w:p>
            <w:r>
              <w:rPr>
                <w:highlight w:val="yellow"/>
              </w:rPr>
              <w:t>[Stellv. Vorsitz]</w:t>
            </w:r>
          </w:p>
        </w:tc>
        <w:tc>
          <w:tcPr>
            <w:tcW w:type="dxa" w:w="1837"/>
          </w:tcPr>
          <w:p>
            <w:r>
              <w:rPr>
                <w:highlight w:val="yellow"/>
              </w:rPr>
              <w:t>[Name]</w:t>
            </w:r>
          </w:p>
        </w:tc>
        <w:tc>
          <w:tcPr>
            <w:tcW w:type="dxa" w:w="1837"/>
          </w:tcPr>
          <w:p>
            <w:r>
              <w:rPr>
                <w:highlight w:val="yellow"/>
              </w:rPr>
              <w:t>[TT.MM.JJJJ]</w:t>
            </w:r>
          </w:p>
        </w:tc>
        <w:tc>
          <w:tcPr>
            <w:tcW w:type="dxa" w:w="1837"/>
          </w:tcPr>
          <w:p>
            <w:r>
              <w:rPr>
                <w:highlight w:val="yellow"/>
              </w:rPr>
              <w:t>[Ort]</w:t>
            </w:r>
          </w:p>
        </w:tc>
        <w:tc>
          <w:tcPr>
            <w:tcW w:type="dxa" w:w="1837"/>
          </w:tcPr>
          <w:p>
            <w:r>
              <w:rPr>
                <w:highlight w:val="yellow"/>
              </w:rPr>
              <w:t>[__ / __ / __]</w:t>
            </w:r>
          </w:p>
        </w:tc>
      </w:tr>
      <w:tr>
        <w:tc>
          <w:tcPr>
            <w:tcW w:type="dxa" w:w="1837"/>
          </w:tcPr>
          <w:p>
            <w:r>
              <w:rPr>
                <w:highlight w:val="yellow"/>
              </w:rPr>
              <w:t>[Kasse]</w:t>
            </w:r>
          </w:p>
        </w:tc>
        <w:tc>
          <w:tcPr>
            <w:tcW w:type="dxa" w:w="1837"/>
          </w:tcPr>
          <w:p>
            <w:r>
              <w:rPr>
                <w:highlight w:val="yellow"/>
              </w:rPr>
              <w:t>[Name]</w:t>
            </w:r>
          </w:p>
        </w:tc>
        <w:tc>
          <w:tcPr>
            <w:tcW w:type="dxa" w:w="1837"/>
          </w:tcPr>
          <w:p>
            <w:r>
              <w:rPr>
                <w:highlight w:val="yellow"/>
              </w:rPr>
              <w:t>[TT.MM.JJJJ]</w:t>
            </w:r>
          </w:p>
        </w:tc>
        <w:tc>
          <w:tcPr>
            <w:tcW w:type="dxa" w:w="1837"/>
          </w:tcPr>
          <w:p>
            <w:r>
              <w:rPr>
                <w:highlight w:val="yellow"/>
              </w:rPr>
              <w:t>[Ort]</w:t>
            </w:r>
          </w:p>
        </w:tc>
        <w:tc>
          <w:tcPr>
            <w:tcW w:type="dxa" w:w="1837"/>
          </w:tcPr>
          <w:p>
            <w:r>
              <w:rPr>
                <w:highlight w:val="yellow"/>
              </w:rPr>
              <w:t>[__ / __ / __]</w:t>
            </w:r>
          </w:p>
        </w:tc>
      </w:tr>
    </w:tbl>
    <w:p/>
    <w:p>
      <w:r>
        <w:t>Alle Gewählten erklären, dass sie die Wahl annehmen.</w:t>
      </w:r>
    </w:p>
    <w:p>
      <w:pPr>
        <w:pStyle w:val="Heading1"/>
      </w:pPr>
      <w:r>
        <w:t>TOP 5: Wahl der Kassenprüfung</w:t>
      </w:r>
    </w:p>
    <w:p>
      <w:r>
        <w:t xml:space="preserve">Die Versammlung wählt </w:t>
      </w:r>
      <w:r>
        <w:rPr>
          <w:highlight w:val="yellow"/>
        </w:rPr>
        <w:t>[Name]</w:t>
      </w:r>
      <w:r>
        <w:t xml:space="preserve"> und </w:t>
      </w:r>
      <w:r>
        <w:rPr>
          <w:highlight w:val="yellow"/>
        </w:rPr>
        <w:t>[Name]</w:t>
      </w:r>
      <w:r>
        <w:t xml:space="preserve"> zur Kassenprüfung. Beide nehmen die Wahl an.</w:t>
      </w:r>
    </w:p>
    <w:p>
      <w:r>
        <w:t xml:space="preserve">Abstimmungsergebnis Kassenprüfung: </w:t>
      </w:r>
      <w:r>
        <w:rPr>
          <w:highlight w:val="yellow"/>
        </w:rPr>
        <w:t>[__]</w:t>
      </w:r>
      <w:r>
        <w:t xml:space="preserve"> Ja-Stimmen, </w:t>
      </w:r>
      <w:r>
        <w:rPr>
          <w:highlight w:val="yellow"/>
        </w:rPr>
        <w:t>[__]</w:t>
      </w:r>
      <w:r>
        <w:t xml:space="preserve"> Nein-Stimmen, </w:t>
      </w:r>
      <w:r>
        <w:rPr>
          <w:highlight w:val="yellow"/>
        </w:rPr>
        <w:t>[__]</w:t>
      </w:r>
      <w:r>
        <w:t xml:space="preserve"> Enthaltungen.</w:t>
      </w:r>
    </w:p>
    <w:p>
      <w:pPr>
        <w:pStyle w:val="Heading1"/>
      </w:pPr>
      <w:r>
        <w:t>TOP 6: Mitgliedsbeiträge</w:t>
      </w:r>
    </w:p>
    <w:p>
      <w:r>
        <w:t xml:space="preserve">Die Versammlung beschließt einen Jahresbeitrag von </w:t>
      </w:r>
      <w:r>
        <w:rPr>
          <w:highlight w:val="yellow"/>
        </w:rPr>
        <w:t>[Betrag]</w:t>
      </w:r>
      <w:r>
        <w:t xml:space="preserve"> Euro für Erwachsene und </w:t>
      </w:r>
      <w:r>
        <w:rPr>
          <w:highlight w:val="yellow"/>
        </w:rPr>
        <w:t>[Betrag]</w:t>
      </w:r>
      <w:r>
        <w:t xml:space="preserve"> Euro für </w:t>
      </w:r>
      <w:r>
        <w:rPr>
          <w:highlight w:val="yellow"/>
        </w:rPr>
        <w:t>[Kinder und Jugendliche / ermäßigt]</w:t>
      </w:r>
      <w:r>
        <w:t xml:space="preserve">. Er ist fällig am </w:t>
      </w:r>
      <w:r>
        <w:rPr>
          <w:highlight w:val="yellow"/>
        </w:rPr>
        <w:t>[Datum]</w:t>
      </w:r>
      <w:r>
        <w:t>.</w:t>
      </w:r>
    </w:p>
    <w:p>
      <w:r>
        <w:t xml:space="preserve">Abstimmungsergebnis Beiträge: </w:t>
      </w:r>
      <w:r>
        <w:rPr>
          <w:highlight w:val="yellow"/>
        </w:rPr>
        <w:t>[__]</w:t>
      </w:r>
      <w:r>
        <w:t xml:space="preserve"> Ja-Stimmen, </w:t>
      </w:r>
      <w:r>
        <w:rPr>
          <w:highlight w:val="yellow"/>
        </w:rPr>
        <w:t>[__]</w:t>
      </w:r>
      <w:r>
        <w:t xml:space="preserve"> Nein-Stimmen, </w:t>
      </w:r>
      <w:r>
        <w:rPr>
          <w:highlight w:val="yellow"/>
        </w:rPr>
        <w:t>[__]</w:t>
      </w:r>
      <w:r>
        <w:t xml:space="preserve"> Enthaltungen.</w:t>
      </w:r>
    </w:p>
    <w:p>
      <w:pPr>
        <w:pStyle w:val="Heading1"/>
      </w:pPr>
      <w:r>
        <w:t>TOP 7: Änderungen auf Verlangen des Finanzamts</w:t>
      </w:r>
    </w:p>
    <w:p>
      <w:r>
        <w:rPr>
          <w:i/>
          <w:color w:val="5A6373"/>
          <w:sz w:val="20"/>
        </w:rPr>
        <w:t>Hinweis: Optional. Der Beschluss erspart eine zweite Versammlung, wenn das Finanzamt nur kleine Änderungen an der Satzung verlangt.</w:t>
      </w:r>
    </w:p>
    <w:p>
      <w:r>
        <w:t>Die Versammlung ermächtigt den Vorstand nach § 26 BGB, Änderungen der Satzung zu beschließen, die das Finanzamt für die Anerkennung der Gemeinnützigkeit verlangt. Der Vereinszweck darf dadurch nicht geändert werden. Der Vorstand informiert die Mitglieder über jede solche Änderung.</w:t>
      </w:r>
    </w:p>
    <w:p>
      <w:r>
        <w:t xml:space="preserve">Abstimmungsergebnis Ermächtigung: </w:t>
      </w:r>
      <w:r>
        <w:rPr>
          <w:highlight w:val="yellow"/>
        </w:rPr>
        <w:t>[__]</w:t>
      </w:r>
      <w:r>
        <w:t xml:space="preserve"> Ja-Stimmen, </w:t>
      </w:r>
      <w:r>
        <w:rPr>
          <w:highlight w:val="yellow"/>
        </w:rPr>
        <w:t>[__]</w:t>
      </w:r>
      <w:r>
        <w:t xml:space="preserve"> Nein-Stimmen, </w:t>
      </w:r>
      <w:r>
        <w:rPr>
          <w:highlight w:val="yellow"/>
        </w:rPr>
        <w:t>[__]</w:t>
      </w:r>
      <w:r>
        <w:t xml:space="preserve"> Enthaltungen.</w:t>
      </w:r>
    </w:p>
    <w:p>
      <w:pPr>
        <w:pStyle w:val="Heading1"/>
      </w:pPr>
      <w:r>
        <w:t>TOP 8: Verschiedenes</w:t>
      </w:r>
    </w:p>
    <w:p>
      <w:r>
        <w:rPr>
          <w:highlight w:val="yellow"/>
        </w:rPr>
        <w:t>[Stichpunkte oder „Keine Wortmeldungen.“]</w:t>
      </w:r>
    </w:p>
    <w:p>
      <w:r>
        <w:t xml:space="preserve">Die Versammlungsleitung schließt die Versammlung um </w:t>
      </w:r>
      <w:r>
        <w:rPr>
          <w:highlight w:val="yellow"/>
        </w:rPr>
        <w:t>[Uhrzeit]</w:t>
      </w:r>
      <w:r>
        <w:t>.</w:t>
      </w:r>
    </w:p>
    <w:tbl>
      <w:tblPr>
        <w:tblW w:type="auto" w:w="0"/>
        <w:tblLook w:firstColumn="1" w:firstRow="1" w:lastColumn="0" w:lastRow="0" w:noHBand="0" w:noVBand="1" w:val="04A0"/>
      </w:tblPr>
      <w:tblGrid>
        <w:gridCol w:w="4592"/>
        <w:gridCol w:w="4592"/>
      </w:tblGrid>
      <w:tr>
        <w:tc>
          <w:tcPr>
            <w:tcW w:type="dxa" w:w="4592"/>
          </w:tcPr>
          <w:p>
            <w:pPr>
              <w:spacing w:before="520"/>
            </w:pPr>
            <w:r>
              <w:t>__________________________________</w:t>
            </w:r>
          </w:p>
          <w:p>
            <w:r>
              <w:rPr>
                <w:sz w:val="18"/>
                <w:highlight w:val="yellow"/>
              </w:rPr>
              <w:t>[Ort, Datum]</w:t>
            </w:r>
            <w:r>
              <w:t>, Versammlungsleitung</w:t>
            </w:r>
          </w:p>
        </w:tc>
        <w:tc>
          <w:tcPr>
            <w:tcW w:type="dxa" w:w="4592"/>
          </w:tcPr>
          <w:p>
            <w:pPr>
              <w:spacing w:before="520"/>
            </w:pPr>
            <w:r>
              <w:t>__________________________________</w:t>
            </w:r>
          </w:p>
          <w:p>
            <w:r>
              <w:rPr>
                <w:sz w:val="18"/>
                <w:highlight w:val="yellow"/>
              </w:rPr>
              <w:t>[Ort, Datum]</w:t>
            </w:r>
            <w:r>
              <w:t>, Protokollführung</w:t>
            </w:r>
          </w:p>
        </w:tc>
      </w:tr>
    </w:tbl>
    <w:p>
      <w:pPr>
        <w:pStyle w:val="Heading1"/>
      </w:pPr>
      <w:r>
        <w:t>Anlagen</w:t>
      </w:r>
    </w:p>
    <w:p>
      <w:r>
        <w:t>1. Satzung in der beschlossenen Fassung, unterschrieben von den Gründungsmitgliedern</w:t>
      </w:r>
    </w:p>
    <w:p>
      <w:r>
        <w:t>2. Anwesenheitsliste mit Vor- und Nachnamen und Unterschriften</w:t>
      </w:r>
    </w:p>
    <w:p/>
    <w:tbl>
      <w:tblPr>
        <w:tblW w:type="auto" w:w="0"/>
        <w:tblLook w:firstColumn="1" w:firstRow="1" w:lastColumn="0" w:lastRow="0" w:noHBand="0" w:noVBand="1" w:val="04A0"/>
        <w:tblBorders>
          <w:top w:val="nil"/>
          <w:left w:val="nil"/>
          <w:bottom w:val="nil"/>
          <w:right w:val="nil"/>
          <w:insideH w:val="nil"/>
          <w:insideV w:val="nil"/>
        </w:tblBorders>
      </w:tblPr>
      <w:tblGrid>
        <w:gridCol w:w="9184"/>
      </w:tblGrid>
      <w:tr>
        <w:tc>
          <w:tcPr>
            <w:tcW w:type="dxa" w:w="9184"/>
            <w:shd w:val="clear" w:color="auto" w:fill="0C2B2A"/>
            <w:tcMar>
              <w:top w:w="283" w:type="dxa"/>
              <w:left w:w="283" w:type="dxa"/>
              <w:bottom w:w="283" w:type="dxa"/>
              <w:right w:w="283" w:type="dxa"/>
            </w:tcMar>
          </w:tcPr>
          <w:p>
            <w:r>
              <w:rPr>
                <w:color w:val="ECF39E"/>
                <w:sz w:val="14"/>
              </w:rPr>
              <w:t>ANZEIGE</w:t>
            </w:r>
          </w:p>
          <w:p>
            <w:pPr>
              <w:spacing w:before="80"/>
            </w:pPr>
            <w:r>
              <w:drawing>
                <wp:inline xmlns:a="http://schemas.openxmlformats.org/drawingml/2006/main" xmlns:pic="http://schemas.openxmlformats.org/drawingml/2006/picture" distT="0" distB="0" distL="0" distR="0">
                  <wp:extent cx="1493555" cy="251999"/>
                  <wp:docPr id="1" name="Picture 1"/>
                  <wp:cNvGraphicFramePr>
                    <a:graphicFrameLocks noChangeAspect="1"/>
                  </wp:cNvGraphicFramePr>
                  <a:graphic>
                    <a:graphicData uri="http://schemas.openxmlformats.org/drawingml/2006/picture">
                      <pic:pic>
                        <pic:nvPicPr>
                          <pic:cNvPr id="0" name="vereinsguru-logo-hell.png"/>
                          <pic:cNvPicPr/>
                        </pic:nvPicPr>
                        <pic:blipFill>
                          <a:blip r:embed="rId11"/>
                          <a:stretch>
                            <a:fillRect/>
                          </a:stretch>
                        </pic:blipFill>
                        <pic:spPr>
                          <a:xfrm>
                            <a:off x="0" y="0"/>
                            <a:ext cx="1493555" cy="251999"/>
                          </a:xfrm>
                          <a:prstGeom prst="rect"/>
                        </pic:spPr>
                      </pic:pic>
                    </a:graphicData>
                  </a:graphic>
                </wp:inline>
              </w:drawing>
            </w:r>
          </w:p>
          <w:p>
            <w:pPr>
              <w:spacing w:before="120"/>
            </w:pPr>
            <w:r>
              <w:rPr>
                <w:b/>
                <w:color w:val="FFFFFF"/>
                <w:sz w:val="26"/>
              </w:rPr>
              <w:t>Neue Mitglieder, ganz ohne Papier.</w:t>
            </w:r>
          </w:p>
          <w:p>
            <w:r>
              <w:rPr>
                <w:color w:val="FFFFFF"/>
                <w:sz w:val="20"/>
              </w:rPr>
              <w:t>Mit dem Online-Mitgliedsantrag samt SEPA-Mandat landen eure ersten Mitglieder direkt in der Verwaltung. Beiträge und Kasse laufen gleich mit.</w:t>
            </w:r>
          </w:p>
          <w:p>
            <w:pPr>
              <w:spacing w:before="80"/>
            </w:pPr>
            <w:hyperlink r:id="rId12">
              <w:r>
                <w:rPr>
                  <w:color w:val="ECF39E"/>
                  <w:sz w:val="20"/>
                  <w:u w:val="single"/>
                  <w:b/>
                </w:rPr>
                <w:t xml:space="preserve">Kostenlos testen auf vereinsguru.com →</w:t>
              </w:r>
            </w:hyperlink>
          </w:p>
        </w:tc>
      </w:tr>
    </w:tbl>
    <w:p>
      <w:r>
        <w:br w:type="page"/>
      </w:r>
    </w:p>
    <w:p>
      <w:pPr>
        <w:pStyle w:val="Heading1"/>
      </w:pPr>
      <w:r>
        <w:t>Anlage 2: Anwesenheitsliste</w:t>
      </w:r>
    </w:p>
    <w:tbl>
      <w:tblPr>
        <w:tblStyle w:val="TableGrid"/>
        <w:tblW w:type="auto" w:w="0"/>
        <w:tblLook w:firstColumn="1" w:firstRow="1" w:lastColumn="0" w:lastRow="0" w:noHBand="0" w:noVBand="1" w:val="04A0"/>
      </w:tblPr>
      <w:tblGrid>
        <w:gridCol w:w="2296"/>
        <w:gridCol w:w="2296"/>
        <w:gridCol w:w="2296"/>
        <w:gridCol w:w="2296"/>
      </w:tblGrid>
      <w:tr>
        <w:tc>
          <w:tcPr>
            <w:tcW w:type="dxa" w:w="2296"/>
          </w:tcPr>
          <w:p>
            <w:r>
              <w:rPr>
                <w:b/>
              </w:rPr>
              <w:t>Nr.</w:t>
            </w:r>
          </w:p>
        </w:tc>
        <w:tc>
          <w:tcPr>
            <w:tcW w:type="dxa" w:w="2296"/>
          </w:tcPr>
          <w:p>
            <w:r>
              <w:rPr>
                <w:b/>
              </w:rPr>
              <w:t>Vor- und Nachname</w:t>
            </w:r>
          </w:p>
        </w:tc>
        <w:tc>
          <w:tcPr>
            <w:tcW w:type="dxa" w:w="2296"/>
          </w:tcPr>
          <w:p>
            <w:r>
              <w:rPr>
                <w:b/>
              </w:rPr>
              <w:t>Anschrift</w:t>
            </w:r>
          </w:p>
        </w:tc>
        <w:tc>
          <w:tcPr>
            <w:tcW w:type="dxa" w:w="2296"/>
          </w:tcPr>
          <w:p>
            <w:r>
              <w:rPr>
                <w:b/>
              </w:rPr>
              <w:t>Unterschrift</w:t>
            </w:r>
          </w:p>
        </w:tc>
      </w:tr>
      <w:tr>
        <w:trPr>
          <w:trHeight w:val="567"/>
        </w:trPr>
        <w:tc>
          <w:tcPr>
            <w:tcW w:type="dxa" w:w="2296"/>
          </w:tcPr>
          <w:p>
            <w:r>
              <w:t>1</w:t>
            </w:r>
          </w:p>
        </w:tc>
        <w:tc>
          <w:tcPr>
            <w:tcW w:type="dxa" w:w="2296"/>
          </w:tcPr>
          <w:p/>
        </w:tc>
        <w:tc>
          <w:tcPr>
            <w:tcW w:type="dxa" w:w="2296"/>
          </w:tcPr>
          <w:p/>
        </w:tc>
        <w:tc>
          <w:tcPr>
            <w:tcW w:type="dxa" w:w="2296"/>
          </w:tcPr>
          <w:p/>
        </w:tc>
      </w:tr>
      <w:tr>
        <w:trPr>
          <w:trHeight w:val="567"/>
        </w:trPr>
        <w:tc>
          <w:tcPr>
            <w:tcW w:type="dxa" w:w="2296"/>
          </w:tcPr>
          <w:p>
            <w:r>
              <w:t>2</w:t>
            </w:r>
          </w:p>
        </w:tc>
        <w:tc>
          <w:tcPr>
            <w:tcW w:type="dxa" w:w="2296"/>
          </w:tcPr>
          <w:p/>
        </w:tc>
        <w:tc>
          <w:tcPr>
            <w:tcW w:type="dxa" w:w="2296"/>
          </w:tcPr>
          <w:p/>
        </w:tc>
        <w:tc>
          <w:tcPr>
            <w:tcW w:type="dxa" w:w="2296"/>
          </w:tcPr>
          <w:p/>
        </w:tc>
      </w:tr>
      <w:tr>
        <w:trPr>
          <w:trHeight w:val="567"/>
        </w:trPr>
        <w:tc>
          <w:tcPr>
            <w:tcW w:type="dxa" w:w="2296"/>
          </w:tcPr>
          <w:p>
            <w:r>
              <w:t>3</w:t>
            </w:r>
          </w:p>
        </w:tc>
        <w:tc>
          <w:tcPr>
            <w:tcW w:type="dxa" w:w="2296"/>
          </w:tcPr>
          <w:p/>
        </w:tc>
        <w:tc>
          <w:tcPr>
            <w:tcW w:type="dxa" w:w="2296"/>
          </w:tcPr>
          <w:p/>
        </w:tc>
        <w:tc>
          <w:tcPr>
            <w:tcW w:type="dxa" w:w="2296"/>
          </w:tcPr>
          <w:p/>
        </w:tc>
      </w:tr>
      <w:tr>
        <w:trPr>
          <w:trHeight w:val="567"/>
        </w:trPr>
        <w:tc>
          <w:tcPr>
            <w:tcW w:type="dxa" w:w="2296"/>
          </w:tcPr>
          <w:p>
            <w:r>
              <w:t>4</w:t>
            </w:r>
          </w:p>
        </w:tc>
        <w:tc>
          <w:tcPr>
            <w:tcW w:type="dxa" w:w="2296"/>
          </w:tcPr>
          <w:p/>
        </w:tc>
        <w:tc>
          <w:tcPr>
            <w:tcW w:type="dxa" w:w="2296"/>
          </w:tcPr>
          <w:p/>
        </w:tc>
        <w:tc>
          <w:tcPr>
            <w:tcW w:type="dxa" w:w="2296"/>
          </w:tcPr>
          <w:p/>
        </w:tc>
      </w:tr>
      <w:tr>
        <w:trPr>
          <w:trHeight w:val="567"/>
        </w:trPr>
        <w:tc>
          <w:tcPr>
            <w:tcW w:type="dxa" w:w="2296"/>
          </w:tcPr>
          <w:p>
            <w:r>
              <w:t>5</w:t>
            </w:r>
          </w:p>
        </w:tc>
        <w:tc>
          <w:tcPr>
            <w:tcW w:type="dxa" w:w="2296"/>
          </w:tcPr>
          <w:p/>
        </w:tc>
        <w:tc>
          <w:tcPr>
            <w:tcW w:type="dxa" w:w="2296"/>
          </w:tcPr>
          <w:p/>
        </w:tc>
        <w:tc>
          <w:tcPr>
            <w:tcW w:type="dxa" w:w="2296"/>
          </w:tcPr>
          <w:p/>
        </w:tc>
      </w:tr>
      <w:tr>
        <w:trPr>
          <w:trHeight w:val="567"/>
        </w:trPr>
        <w:tc>
          <w:tcPr>
            <w:tcW w:type="dxa" w:w="2296"/>
          </w:tcPr>
          <w:p>
            <w:r>
              <w:t>6</w:t>
            </w:r>
          </w:p>
        </w:tc>
        <w:tc>
          <w:tcPr>
            <w:tcW w:type="dxa" w:w="2296"/>
          </w:tcPr>
          <w:p/>
        </w:tc>
        <w:tc>
          <w:tcPr>
            <w:tcW w:type="dxa" w:w="2296"/>
          </w:tcPr>
          <w:p/>
        </w:tc>
        <w:tc>
          <w:tcPr>
            <w:tcW w:type="dxa" w:w="2296"/>
          </w:tcPr>
          <w:p/>
        </w:tc>
      </w:tr>
      <w:tr>
        <w:trPr>
          <w:trHeight w:val="567"/>
        </w:trPr>
        <w:tc>
          <w:tcPr>
            <w:tcW w:type="dxa" w:w="2296"/>
          </w:tcPr>
          <w:p>
            <w:r>
              <w:t>7</w:t>
            </w:r>
          </w:p>
        </w:tc>
        <w:tc>
          <w:tcPr>
            <w:tcW w:type="dxa" w:w="2296"/>
          </w:tcPr>
          <w:p/>
        </w:tc>
        <w:tc>
          <w:tcPr>
            <w:tcW w:type="dxa" w:w="2296"/>
          </w:tcPr>
          <w:p/>
        </w:tc>
        <w:tc>
          <w:tcPr>
            <w:tcW w:type="dxa" w:w="2296"/>
          </w:tcPr>
          <w:p/>
        </w:tc>
      </w:tr>
      <w:tr>
        <w:trPr>
          <w:trHeight w:val="567"/>
        </w:trPr>
        <w:tc>
          <w:tcPr>
            <w:tcW w:type="dxa" w:w="2296"/>
          </w:tcPr>
          <w:p>
            <w:r>
              <w:t>8</w:t>
            </w:r>
          </w:p>
        </w:tc>
        <w:tc>
          <w:tcPr>
            <w:tcW w:type="dxa" w:w="2296"/>
          </w:tcPr>
          <w:p/>
        </w:tc>
        <w:tc>
          <w:tcPr>
            <w:tcW w:type="dxa" w:w="2296"/>
          </w:tcPr>
          <w:p/>
        </w:tc>
        <w:tc>
          <w:tcPr>
            <w:tcW w:type="dxa" w:w="2296"/>
          </w:tcPr>
          <w:p/>
        </w:tc>
      </w:tr>
      <w:tr>
        <w:trPr>
          <w:trHeight w:val="567"/>
        </w:trPr>
        <w:tc>
          <w:tcPr>
            <w:tcW w:type="dxa" w:w="2296"/>
          </w:tcPr>
          <w:p>
            <w:r>
              <w:t>9</w:t>
            </w:r>
          </w:p>
        </w:tc>
        <w:tc>
          <w:tcPr>
            <w:tcW w:type="dxa" w:w="2296"/>
          </w:tcPr>
          <w:p/>
        </w:tc>
        <w:tc>
          <w:tcPr>
            <w:tcW w:type="dxa" w:w="2296"/>
          </w:tcPr>
          <w:p/>
        </w:tc>
        <w:tc>
          <w:tcPr>
            <w:tcW w:type="dxa" w:w="2296"/>
          </w:tcPr>
          <w:p/>
        </w:tc>
      </w:tr>
      <w:tr>
        <w:trPr>
          <w:trHeight w:val="567"/>
        </w:trPr>
        <w:tc>
          <w:tcPr>
            <w:tcW w:type="dxa" w:w="2296"/>
          </w:tcPr>
          <w:p>
            <w:r>
              <w:t>10</w:t>
            </w:r>
          </w:p>
        </w:tc>
        <w:tc>
          <w:tcPr>
            <w:tcW w:type="dxa" w:w="2296"/>
          </w:tcPr>
          <w:p/>
        </w:tc>
        <w:tc>
          <w:tcPr>
            <w:tcW w:type="dxa" w:w="2296"/>
          </w:tcPr>
          <w:p/>
        </w:tc>
        <w:tc>
          <w:tcPr>
            <w:tcW w:type="dxa" w:w="2296"/>
          </w:tcPr>
          <w:p/>
        </w:tc>
      </w:tr>
      <w:tr>
        <w:trPr>
          <w:trHeight w:val="567"/>
        </w:trPr>
        <w:tc>
          <w:tcPr>
            <w:tcW w:type="dxa" w:w="2296"/>
          </w:tcPr>
          <w:p>
            <w:r>
              <w:t>11</w:t>
            </w:r>
          </w:p>
        </w:tc>
        <w:tc>
          <w:tcPr>
            <w:tcW w:type="dxa" w:w="2296"/>
          </w:tcPr>
          <w:p/>
        </w:tc>
        <w:tc>
          <w:tcPr>
            <w:tcW w:type="dxa" w:w="2296"/>
          </w:tcPr>
          <w:p/>
        </w:tc>
        <w:tc>
          <w:tcPr>
            <w:tcW w:type="dxa" w:w="2296"/>
          </w:tcPr>
          <w:p/>
        </w:tc>
      </w:tr>
      <w:tr>
        <w:trPr>
          <w:trHeight w:val="567"/>
        </w:trPr>
        <w:tc>
          <w:tcPr>
            <w:tcW w:type="dxa" w:w="2296"/>
          </w:tcPr>
          <w:p>
            <w:r>
              <w:t>12</w:t>
            </w:r>
          </w:p>
        </w:tc>
        <w:tc>
          <w:tcPr>
            <w:tcW w:type="dxa" w:w="2296"/>
          </w:tcPr>
          <w:p/>
        </w:tc>
        <w:tc>
          <w:tcPr>
            <w:tcW w:type="dxa" w:w="2296"/>
          </w:tcPr>
          <w:p/>
        </w:tc>
        <w:tc>
          <w:tcPr>
            <w:tcW w:type="dxa" w:w="2296"/>
          </w:tcPr>
          <w:p/>
        </w:tc>
      </w:tr>
      <w:tr>
        <w:trPr>
          <w:trHeight w:val="567"/>
        </w:trPr>
        <w:tc>
          <w:tcPr>
            <w:tcW w:type="dxa" w:w="2296"/>
          </w:tcPr>
          <w:p>
            <w:r>
              <w:t>13</w:t>
            </w:r>
          </w:p>
        </w:tc>
        <w:tc>
          <w:tcPr>
            <w:tcW w:type="dxa" w:w="2296"/>
          </w:tcPr>
          <w:p/>
        </w:tc>
        <w:tc>
          <w:tcPr>
            <w:tcW w:type="dxa" w:w="2296"/>
          </w:tcPr>
          <w:p/>
        </w:tc>
        <w:tc>
          <w:tcPr>
            <w:tcW w:type="dxa" w:w="2296"/>
          </w:tcPr>
          <w:p/>
        </w:tc>
      </w:tr>
      <w:tr>
        <w:trPr>
          <w:trHeight w:val="567"/>
        </w:trPr>
        <w:tc>
          <w:tcPr>
            <w:tcW w:type="dxa" w:w="2296"/>
          </w:tcPr>
          <w:p>
            <w:r>
              <w:t>14</w:t>
            </w:r>
          </w:p>
        </w:tc>
        <w:tc>
          <w:tcPr>
            <w:tcW w:type="dxa" w:w="2296"/>
          </w:tcPr>
          <w:p/>
        </w:tc>
        <w:tc>
          <w:tcPr>
            <w:tcW w:type="dxa" w:w="2296"/>
          </w:tcPr>
          <w:p/>
        </w:tc>
        <w:tc>
          <w:tcPr>
            <w:tcW w:type="dxa" w:w="2296"/>
          </w:tcPr>
          <w:p/>
        </w:tc>
      </w:tr>
      <w:tr>
        <w:trPr>
          <w:trHeight w:val="567"/>
        </w:trPr>
        <w:tc>
          <w:tcPr>
            <w:tcW w:type="dxa" w:w="2296"/>
          </w:tcPr>
          <w:p>
            <w:r>
              <w:t>15</w:t>
            </w:r>
          </w:p>
        </w:tc>
        <w:tc>
          <w:tcPr>
            <w:tcW w:type="dxa" w:w="2296"/>
          </w:tcPr>
          <w:p/>
        </w:tc>
        <w:tc>
          <w:tcPr>
            <w:tcW w:type="dxa" w:w="2296"/>
          </w:tcPr>
          <w:p/>
        </w:tc>
        <w:tc>
          <w:tcPr>
            <w:tcW w:type="dxa" w:w="2296"/>
          </w:tcPr>
          <w:p/>
        </w:tc>
      </w:tr>
    </w:tbl>
    <w:p/>
    <w:sectPr w:rsidR="00FC693F" w:rsidRPr="0006063C" w:rsidSect="00034616">
      <w:headerReference w:type="default" r:id="rId9"/>
      <w:footerReference w:type="default" r:id="rId10"/>
      <w:pgSz w:w="11906" w:h="16838"/>
      <w:pgMar w:top="1361" w:right="1361" w:bottom="1247" w:left="1361" w:header="567"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6373"/>
        <w:sz w:val="16"/>
      </w:rPr>
      <w:t>Unverbindliches Muster der Vereinsfibel, Stand Oktober 2026. Keine Gewähr, Nutzung auf eigene Gefahr.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80" w:val="clear"/>
        <w:tab w:pos="9184" w:val="right"/>
        <w:tab w:pos="9360" w:val="clear"/>
      </w:tabs>
    </w:pPr>
    <w:r>
      <w:drawing>
        <wp:inline xmlns:a="http://schemas.openxmlformats.org/drawingml/2006/main" xmlns:pic="http://schemas.openxmlformats.org/drawingml/2006/picture" distT="0" distB="0" distL="0" distR="0">
          <wp:extent cx="1311848" cy="270000"/>
          <wp:docPr id="1" name="Picture 1"/>
          <wp:cNvGraphicFramePr>
            <a:graphicFrameLocks noChangeAspect="1"/>
          </wp:cNvGraphicFramePr>
          <a:graphic>
            <a:graphicData uri="http://schemas.openxmlformats.org/drawingml/2006/picture">
              <pic:pic>
                <pic:nvPicPr>
                  <pic:cNvPr id="0" name="vereinsfibel-logo.png"/>
                  <pic:cNvPicPr/>
                </pic:nvPicPr>
                <pic:blipFill>
                  <a:blip r:embed="rId1"/>
                  <a:stretch>
                    <a:fillRect/>
                  </a:stretch>
                </pic:blipFill>
                <pic:spPr>
                  <a:xfrm>
                    <a:off x="0" y="0"/>
                    <a:ext cx="1311848" cy="270000"/>
                  </a:xfrm>
                  <a:prstGeom prst="rect"/>
                </pic:spPr>
              </pic:pic>
            </a:graphicData>
          </a:graphic>
        </wp:inline>
      </w:drawing>
    </w:r>
    <w:r>
      <w:rPr>
        <w:color w:val="5A6373"/>
        <w:sz w:val="16"/>
      </w:rPr>
      <w:tab/>
      <w:t>Kostenloses Muster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b/>
      <w:bCs/>
      <w:color w:val="17284A"/>
      <w:sz w:val="2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b/>
      <w:bCs/>
      <w:color w:val="17284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Arial" w:hAnsi="Arial"/>
      <w:b/>
      <w:color w:val="17284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hyperlink" Target="https://vereinsguru.com/funktionen?utm_source=vereinsfibel&amp;utm_medium=vorlage&amp;utm_campaign=gruendung&amp;utm_content=gruendungsprotokoll-ne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